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10.03.2022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№1697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03.02.2022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№1653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02.12.2021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№1589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