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10.03.2022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№1694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23.01.2020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№1045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25.12.2019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№1023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