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13.01.2022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№1630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11.11.2021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№1564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