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5.11.2021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574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1.10.2021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549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9.08.2021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489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