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14.10.2021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№1544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12.08.2021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№1476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03.06.2021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№1401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4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01.04.2021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№1345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5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28.01.2021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№1293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