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22.04.2021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№1363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25.02.2021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№1317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24.12.2020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№1278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19.11.2020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№1248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№1197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16.07.2020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№1156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14.05.2020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№1123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12.03.2020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№1087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