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567"/>
        <w:gridCol w:w="2268"/>
        <w:gridCol w:w="2835"/>
        <w:gridCol w:w="3969"/>
        <w:gridCol w:w="283"/>
      </w:tblGrid>
      <w:tr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  <w:tc>
          <w:tcPr>
            <w:tcW w:type="dxa" w:w="2165"/>
          </w:tcPr>
          <w:p/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15.04.2021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№1357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