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01.04.2021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№1347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28.01.2021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№1295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