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21.05.2020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№1129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26.03.2020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№1095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