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26.03.2020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№1081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23.01.2020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№1042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14.11.2019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№993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07.02.2019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№731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05.12.2018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№675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