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28.08.2019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№922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08.08.2019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№894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06.06.2019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№853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