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08.08.2019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№898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06.06.2019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№864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10.04.2019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№820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