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567"/>
        <w:gridCol w:w="2268"/>
        <w:gridCol w:w="2835"/>
        <w:gridCol w:w="3969"/>
        <w:gridCol w:w="283"/>
      </w:tblGrid>
      <w:tr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  <w:tc>
          <w:tcPr>
            <w:tcW w:type="dxa" w:w="2165"/>
          </w:tcPr>
          <w:p/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04.07.2019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Возобновление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№886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21.03.2019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№781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