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13.03.2019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№777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07.02.2019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№735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