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24.01.2019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№718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29.11.2018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№668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